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חדר בריחה בספרייה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5 מנעולים, 5 יחידות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(ילד במשפחה) · 2–ב (השולטן) · 3–ב (מגן) · 4–ג (כל העולם כולו גשר צר מאוד) · 5–ג (אגדה על בן ובת שתעו ביער)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פטריות בעיר – הסיפור הקצר; האיש המאושר ביותר בעולם – הסיפור העממי; בת הרב ואמה – בלדות ורומנסות; אומץ – שירה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חידה ברורה, רמז שמכוון בלי לגלות, תשובה נכונה.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חדר בריחה בספרייה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5 מנעולים, 5 יחידות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פתחו את 5 המנעולים: הקיפו את התשובה הנכונה בכל מנעול.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מנעול "הסיפור הקצר" (בעיני ילד):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האם     ב. הדוד הרץ     ג. ילד במשפחה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מנעול "הסיפור העממי" (השייח' הפיקח מוציא לאור משפט): מי ביקש מהשייח' לשפוט?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השכנים     ב. השולטן     ג. הסוחר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מנעול "בלדות ורומנסות" (שלושה בני עורב): מה מונח 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כתר     ב. מגן     ג. פרחים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מנעול "שירה" (אומץ): לאיזו אמרה מן המסורת השיר רומז?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אין חדש תחת השמש     ב. לכל זמן ועת     ג. כל העולם כולו גשר צר מאוד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מנעול "שואה וגבורה" (אגדה על הילדים שנדדו ביערות):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סינדרלה     ב. היפהפייה הנרדמת     ג. אגדה על בן ובת שתעו ביער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כל יצירה – לאיזה חדר (יחידה) היא שייכת? כתבו את שם היחידה.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היחידה</w:t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פטריות בעיר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המאושר ביותר בעולם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הרב ואמה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אומץ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חברו חידה למנעול השישי: שאלה על יצירה מהיחידה "פרק מספר", עם רמז אחד ותשובה.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חדר בריחה בספרייה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