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חדר בריחה בספרייה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5 מנעולים, 5 יחידות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(ילד במשפחה) · 2–א (השולטן) · 3–ג (מגן) · 4–ג (כל העולם כולו גשר צר מאוד) · 5–ג (אגדה על בן ובת שתעו ביער)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ואנקה – הסיפור הקצר; השייח' הפיקח מוציא לאור משפט – הסיפור העממי; סר פטריק ספנס – בלדות ורומנסות; על מעין וים – שירה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חידה ברורה, רמז שמכוון בלי לגלות, תשובה נכונה.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חדר בריחה בספרייה – דף תרגול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5 מנעולים, 5 יחידות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מנעול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משהו שסוגר דלת; צריך קוד כדי לפתוח</w:t>
            </w:r>
          </w:p>
        </w:tc>
      </w:tr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סיפור, שיר או ספר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פתחו את 5 המנעולים: הקיפו את התשובה הנכונה בכל מנעול.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מנעול "הסיפור הקצר" (בעיני ילד): מי מספר את הסיפור?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ילד במשפחה     ב. הדוד הרץ     ג. האם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מנעול "הסיפור העממי" (השייח' הפיקח מוציא לאור משפט): מי ביקש מהשייח' לשפוט?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השולטן     ב. הסוחר     ג. השכנים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מנעול "בלדות ורומנסות" (שלושה בני עורב): מה מונח על האביר?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כתר     ב. פרחים     ג. מגן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מנעול "שירה" (אומץ): לאיזו אמרה מן המסורת השיר רומז?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אין חדש תחת השמש     ב. לכל זמן ועת     ג. כל העולם כולו גשר צר מאוד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5) מנעול "שואה וגבורה" (אגדה על הילדים שנדדו ביערות): על איזו אגדה מבוסס השיר?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סינדרלה     ב. היפהפייה הנרדמת     ג. אגדה על בן ובת שתעו ביער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כל יצירה – לאיזה חדר (יחידה) היא שייכת? כתבו את שם היחידה.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59"/>
        <w:gridCol w:w="5159"/>
      </w:tblGrid>
      <w:t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יצירה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היחידה</w:t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ואנקה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השייח' הפיקח מוציא לאור משפט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  <w:tr>
        <w:trPr>
          <w:trHeight w:val="680" w:hRule="atLeast"/>
        </w:trPr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על מעין וים</w:t>
            </w:r>
          </w:p>
        </w:tc>
        <w:tc>
          <w:tcPr>
            <w:tcW w:type="dxa" w:w="515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3.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חברו חידה למנעול השישי: שאלה על יצירה מהיחידה "פרק מספר", עם רמז אחד ותשובה.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חדר בריחה בספרייה – דף תרגול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שאלה אחת שעניתי נכון: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היה קשה לי?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