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רגיל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מהדורה למורה – חדר בריחה בספרייה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5 מנעולים, 5 יחידות · גרסת רגיל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(ילד במשפחה) · 2–ב (השולטן) · 3–ב (מגן) · 4–א (כל העולם כולו גשר צר מאוד) · 5–א (אגדה על בן ובת שתעו ביער)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ב׳ – מושגים וכלים ספרותיים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ואנקה – הסיפור הקצר; מסע העני שחיפש את מזלו – הסיפור העממי; סר פטריק ספנס – בלדות ורומנסות; הציפורים אינן יודעות – שירה; הפרפר – שואה וגבורה; משהו קרוב ביותר – מאבק וזיכרון; עופי חיפושית (פרק) – פרק מספר; פטריות בעיר – הסיפור הקצר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ג׳ – חשיבה וכתיבה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חידה ברורה, רמז שמכוון בלי לגלות, תשובה נכונה.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רגיל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חדר בריחה בספרייה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5 מנעולים, 5 יחידות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פתחו את 5 המנעולים: הקיפו את התשובה הנכונה בכל מנעול.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מנעול "הסיפור הקצר" (בעיני ילד): מי מספר את הסיפור?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הדוד הרץ     ב. ילד במשפחה     ג. האם     ד. מספר כל-יודע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מנעול "הסיפור העממי" (השייח' הפיקח מוציא לאור משפט): מי ביקש מהשייח' לשפוט?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הסוחר     ב. השולטן     ג. השכנים     ד. המשטרה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מנעול "בלדות ורומנסות" (שלושה בני עורב): מה מונח על האביר?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כתר     ב. מגן     ג. פרחים     ד. שמיכה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מנעול "שירה" (אומץ): לאיזו אמרה מן המסורת השיר רומז?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כל העולם כולו גשר צר מאוד     ב. אין חדש תחת השמש     ג. לכל זמן ועת     ד. דרך ארץ קדמה לתורה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5) מנעול "שואה וגבורה" (אגדה על הילדים שנדדו ביערות): על איזו אגדה מבוסס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אגדה על בן ובת שתעו ביער     ב. היפהפייה הנרדמת     ג. סינדרלה     ד. שלגיה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ב׳ – מושגים וכלים ספרותיים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כל יצירה – לאיזה חדר (יחידה) היא שייכת? כתבו את שם היחידה.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59"/>
        <w:gridCol w:w="5159"/>
      </w:tblGrid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יצירה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היחידה</w:t>
            </w:r>
          </w:p>
        </w:tc>
      </w:tr>
      <w:tr>
        <w:trPr>
          <w:trHeight w:val="680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ואנקה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rPr>
          <w:trHeight w:val="680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מסע העני שחיפש את מזלו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rPr>
          <w:trHeight w:val="680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סר פטריק ספנס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rPr>
          <w:trHeight w:val="680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הציפורים אינן יודעות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rPr>
          <w:trHeight w:val="680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הפרפר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rPr>
          <w:trHeight w:val="680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משהו קרוב ביותר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rPr>
          <w:trHeight w:val="680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עופי חיפושית (פרק)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rPr>
          <w:trHeight w:val="680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פטריות בעיר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ג׳ – חשיבה וכתיבה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3.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חברו חידה למנעול השישי: שאלה על יצירה מהיחידה "פרק מספר", עם רמז אחד ותשובה.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חדר בריחה בספרייה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שאלה אחת שהייתם מוסיפים למשחק: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היה הכי קשה, ולמה?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למדתם על יצירה אחת?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