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איש תלוי – מונחים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 ספרותיים והגדרות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1–בית · 2–דמות · 3–פער · 4–שיא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1–ג (עלילה) · 2–ב (משקל) · 3–א (מספר)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הסבר נכון במילים אישיות + דוגמה מתאימה מיצירה.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איש תלוי – מונחים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מונחים ספרותיים והגדרות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קראו את ההגדרה וכתבו את המונח. היעזרו במחסן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רומנסה   |   פער   |   שיא   |   דמות   |   בית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קבוצת שורות בשיר, כמו פסקה בסיפור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2) ______ – אדם, בעל חיים או יצור שפועל ביצירה; לדמות יש תכונות, רצונות ומניעים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3) ______ – מידע שהיצירה לא מספרת, והקוראים משלימים בעצמם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4) ______ – הרגע המתוח ביותר בעלילה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לאיזה מונח מתאימה ההגדרה? הקיפו.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רצף האירועים בסיפור והקשר של סיבה ותוצאה ביניהם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סמל     ב. חריזה     ג. עלילה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קצב קבוע של הברות מוטעמות ולא מוטעמות בשורת שיר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מספר     ב. משקל     ג. שיא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הקול שמספר את הסיפור; יכול להיות דמות בסיפור (גוף ראשון) או קול מחוץ לסיפור (גוף שלישי)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מספר     ב. רומנסה     ג. פזמון חוזר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שני מונחים מהדף. הסבירו כל מונח במילים שלכם ותנו דוגמה מיצירה שלמדנו.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איש תלוי – מונחים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