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איש תלוי – מונחים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 ספרותיים והגדרות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1–דיאלוג · 2–מספר · 3–פזמון חוזר · 4–דמות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(פער) · 2–ג (סמל) · 3–ג (אירוניה)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הסבר נכון במילים אישיות + דוגמה מתאימה מיצירה.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איש תלוי – מונחים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 ספרותיים והגדרות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מילה מיוחדת של המקצוע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שמראה את הרעיון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קראו את ההגדרה וכתבו את המונח. היעזרו במחסן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מספר   |   ניגוד   |   פזמון חוזר   |   דיאלוג   |   דמות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שיחה בין דמויות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שורה או בית שחוזרים בשיר או בבלדה שוב ושוב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– אדם, בעל חיים או יצור שפועל ביצירה; לדמות יש תכונות, רצונות ומניעים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לאיזה מונח מתאימה ההגדרה? הקיפו.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מידע שהיצירה לא מספרת, והקוראים משלימים בעצמם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פער     ב. מספר     ג. אירוניה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דבר מוחשי שמייצג רעיון גדול ממנו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פער     ב. מטפורה     ג. סמל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מספר     ב. נקודת תצפית     ג. אירוניה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שני מונחים מהדף. הסבירו כל מונח במילים שלכם ותנו דוגמה מיצירה שלמדנו.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איש תלוי – מונחים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