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איש תלוי – מונחים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 ספרותיים והגדרות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1–שיא · 2–רומנסה · 3–דיאלוג · 4–מספר · 5–אירוניה · 6–ניגוד · 7–בלדה · 8–דמות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(דובר) · 2–ג (פזמון חוזר) · 3–ד (סמל) · 4–ד (סיפור עם) · 5–ג (חזרה) · 6–ג (תפנית)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הסבר נכון במילים אישיות + דוגמה מתאימה מיצירה.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איש תלוי – מונחים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 ספרותיים והגדרות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קראו את ההגדרה וכתבו את המונח. היעזרו במחסן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שיא   |   בלדה   |   דמות   |   דיאלוג   |   רומנסה   |   סמל   |   פער   |   אירוניה   |   מספר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הרגע המתוח ביותר בעלילה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שיר עלילתי עממי, לרוב על אהבה או גבורה, קליל יותר מהבלדה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שיחה בין דמויות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5) ______ –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6) ______ – העמדה זה מול זה של דברים הפוכים כדי להבליט אותם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7) ______ – שיר עלילתי קצר, דרמטי, לרוב עם דיאלוג, חזרות וסוף טרגי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8) ______ – אדם, בעל חיים או יצור שפועל ביצירה; לדמות יש תכונות, רצונות ומניעים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לאיזה מונח מתאימה ההגדרה? הקיפו.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הקול שמדבר בשיר (לא תמיד המשורר עצמו)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פזמון חוזר     ב. דובר     ג. ניגוד     ד. בית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שורה או בית שחוזרים בשיר או בבלדה שוב ושוב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רומנסה     ב. בית     ג. פזמון חוזר     ד. משקל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דבר מוחשי שמייצג רעיון גדול ממנו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פער     ב. מטפורה     ג. דובר     ד. סמל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סיפור שעבר מפה לאוזן בין דורות, בלי מחבר ידוע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פער     ב. דיאלוג     ג. שיא     ד. סיפור עם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מילה, משפט או אירוע שחוזרים כדי להדגיש ולבנות קצב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בית     ב. ניגוד     ג. חזרה     ד. סיפור עם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6) רגע בעלילה שבו המצב משתנה באופן מפתיע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מטפורה     ב. סמל     ג. תפנית     ד. עלילה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שני מונחים מהדף. הסבירו כל מונח במילים שלכם ותנו דוגמה מיצירה שלמדנו.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איש תלוי – מונחים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שהייתם מוסיפים למשחק: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הכי קשה,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למדתם על יצירה אחת?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