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חפיסת כרטיסי שיח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12 כרטיסי דיון מן היצירות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1–ב · 2–א · 3–ג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1) תשובה אישית מנומקת | 2) תשובה אישית מנומקת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שאלה פתוחה שמעוררת דיון; תשובה מנומקת עם דוגמה מן היצירה.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חפיסת כרטיסי שיח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12 כרטיסי דיון מן היצירות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כל כרטיס דיון – מאיזו יצירה הוא? כתבו את האות.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כרטיס דיון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יצירה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מה פירוש להיות "אח גדול" או "אחות גדולה" למישהו – גם מחוץ למשפחה?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אליפלט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מה ההבדל בין אומץ של מי שמחשב את הסיכון לבין אומץ של מי שפועל מתוך לב תמים?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אגדה על הילדים שנדדו ביערות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האם מי שחתם על הסכם חייב לעמוד בו בכל מחיר?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גראם פחות גראם יותר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בחרו שני כרטיסים מהרשימה למעלה וענו על כל אחד ב־2–3 משפטים.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כרטיס 1 – מספר הכרטיס: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כרטיס 2 – מספר הכרטיס: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3.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כתבו כרטיס דיון חדש משלכם על יצירה שלמדנו, וענו עליו בפסקה (טענה, נימוק, דוגמה).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חפיסת כרטיסי שיח – דף תרגול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שאלה אחת שעניתי נכון: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היה קשה לי?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