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עולים חדשים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מהדורה למורה – חפיסת כרטיסי שיח – דף תרגול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12 כרטיסי דיון מן היצירות · גרסת עולים חדשים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1–ב · 2–ג · 3–א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ב׳ – מילים ומושגים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1) תשובה אישית מנומקת | 2) תשובה אישית מנומקת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ג׳ – כותבים בעברית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שאלה פתוחה שמעוררת דיון; תשובה מנומקת עם דוגמה מן היצירה.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עולים חדשים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חפיסת כרטיסי שיח – דף תרגול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12 כרטיסי דיון מן היצירות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59"/>
        <w:gridCol w:w="5159"/>
      </w:tblGrid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</w:tr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כרטיס דיון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שאלה לשיחה בכיתה</w:t>
            </w:r>
          </w:p>
        </w:tc>
      </w:tr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נמקו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הסבירו למה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כל כרטיס דיון – מאיזו יצירה הוא? כתבו את האות.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כרטיס דיון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יצירה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מה ההבדל בין אומץ של מי שמחשב את הסיכון לבין אומץ של מי שפועל מתוך לב תמים?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יש פרחים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מה נותן לאדם תקווה ברגעים קשים? האם דבר קטן כמו פרח או פרפר יכול לעזור?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אליפלט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איך לדעתכם אפשר לשמור על זיכרון של אנשים ומקומות? מה הכי מתאים לכם – שיר, סיפור, טקס, מקום?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הפרפר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ב׳ – מילים ומושגים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בחרו שני כרטיסים מהרשימה למעלה וענו על כל אחד ב־2–3 משפטים.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כרטיס 1 – מספר הכרטיס: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כרטיס 2 – מספר הכרטיס: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ג׳ – כותבים בעברית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3.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כתבו כרטיס דיון חדש משלכם על יצירה שלמדנו, וענו עליו בפסקה (טענה, נימוק, דוגמה).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 | כי… | למשל…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חפיסת כרטיסי שיח – דף תרגול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שאלה אחת שעניתי נכון: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היה קשה לי?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