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חפיסת כרטיסי שיח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12 כרטיסי דיון מן היצירות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· 2–ו · 3–ב · 4–ד · 5–ה · 6–ג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אישית מנומקת | 2) תשובה אישית מנומקת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שאלה פתוחה שמעוררת דיון; תשובה מנומקת עם דוגמה מן היצירה.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חפיסת כרטיסי שיח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12 כרטיסי דיון מן היצירות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כל כרטיס דיון – מאיזו יצירה הוא? כתבו את האות.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כרטיס דיון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מהו בעיניכם אומץ: לא לפחד בכלל, או לפחד ולהמשיך בכל זאת?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אומץ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פירוש להיות "אח גדול" או "אחות גדולה" למישהו – גם מחוץ למשפחה?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ההבדל בין אומץ של מי שמחשב את הסיכון לבין אומץ של מי שפועל מתוך לב תמים?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כוונה טובה יכולה להצדיק מעשה לא נכון?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בשל תפוחים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למה לפעמים קשה לנו לומר לאנשים קרובים כמה הם חשובים לנו?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לנשמת רע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נותן לאדם תקווה ברגעים קשים? האם דבר קטן כמו פרח או פרפר יכול לעזור?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 על הילדים שנדדו ביערות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בחרו שני כרטיסים מהרשימה למעלה וענו על כל אחד ב־2–3 משפטים.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כרטיס 1 – מספר הכרטיס: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כרטיס 2 – מספר הכרטיס: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כרטיס דיון חדש משלכם על יצירה שלמדנו, וענו עליו בפסקה (טענה, נימוק, דוגמה).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חפיסת כרטיסי שיח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